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99B422" w14:textId="77777777" w:rsidR="00F95ED6" w:rsidRPr="00DA5228" w:rsidRDefault="00000000" w:rsidP="00815396">
      <w:pPr>
        <w:spacing w:before="240" w:after="240"/>
        <w:jc w:val="both"/>
        <w:rPr>
          <w:rFonts w:ascii="Ebrima" w:hAnsi="Ebrima"/>
          <w:lang w:val="es-ES"/>
        </w:rPr>
      </w:pPr>
      <w:r w:rsidRPr="00DA5228">
        <w:rPr>
          <w:rFonts w:ascii="Ebrima" w:hAnsi="Ebrima"/>
          <w:b/>
          <w:color w:val="1A365D"/>
          <w:sz w:val="28"/>
          <w:lang w:val="es-ES"/>
        </w:rPr>
        <w:t>1. MODELO DE REQUERIMIENTO DE ACTUALIZACIÓN DEL IPC (CASTELLANO)</w:t>
      </w:r>
    </w:p>
    <w:p w14:paraId="3DA0548B" w14:textId="77777777" w:rsidR="00F95ED6" w:rsidRPr="00DA5228" w:rsidRDefault="00000000" w:rsidP="00815396">
      <w:pPr>
        <w:spacing w:after="80"/>
        <w:jc w:val="both"/>
        <w:rPr>
          <w:rFonts w:ascii="Ebrima" w:hAnsi="Ebrima"/>
          <w:lang w:val="es-ES"/>
        </w:rPr>
      </w:pPr>
      <w:r w:rsidRPr="00DA5228">
        <w:rPr>
          <w:rFonts w:ascii="Ebrima" w:hAnsi="Ebrima"/>
          <w:b/>
          <w:lang w:val="es-ES"/>
        </w:rPr>
        <w:t>A la atención de: [Nombre y Apellidos del progenitor obligado al pago]</w:t>
      </w:r>
    </w:p>
    <w:p w14:paraId="4AD82A51" w14:textId="77777777" w:rsidR="00F95ED6" w:rsidRPr="00DA5228" w:rsidRDefault="00000000" w:rsidP="00815396">
      <w:pPr>
        <w:spacing w:after="80"/>
        <w:jc w:val="both"/>
        <w:rPr>
          <w:rFonts w:ascii="Ebrima" w:hAnsi="Ebrima"/>
          <w:lang w:val="es-ES"/>
        </w:rPr>
      </w:pPr>
      <w:r w:rsidRPr="00DA5228">
        <w:rPr>
          <w:rFonts w:ascii="Ebrima" w:hAnsi="Ebrima"/>
          <w:b/>
          <w:lang w:val="es-ES"/>
        </w:rPr>
        <w:t>Dirección: [Domicilio completo del destinatario]</w:t>
      </w:r>
    </w:p>
    <w:p w14:paraId="61DC4CC0" w14:textId="77777777" w:rsidR="00F95ED6" w:rsidRPr="00DA5228" w:rsidRDefault="00000000" w:rsidP="00815396">
      <w:pPr>
        <w:spacing w:after="480"/>
        <w:jc w:val="both"/>
        <w:rPr>
          <w:rFonts w:ascii="Ebrima" w:hAnsi="Ebrima"/>
          <w:lang w:val="es-ES"/>
        </w:rPr>
      </w:pPr>
      <w:r w:rsidRPr="00DA5228">
        <w:rPr>
          <w:rFonts w:ascii="Ebrima" w:hAnsi="Ebrima"/>
          <w:b/>
          <w:lang w:val="es-ES"/>
        </w:rPr>
        <w:t>En [Ciudad], a [Día] de [Mes] de [Año]</w:t>
      </w:r>
    </w:p>
    <w:p w14:paraId="5B794E18" w14:textId="77777777" w:rsidR="00F95ED6" w:rsidRPr="00DA5228" w:rsidRDefault="00000000" w:rsidP="00815396">
      <w:pPr>
        <w:spacing w:after="240"/>
        <w:jc w:val="both"/>
        <w:rPr>
          <w:rFonts w:ascii="Ebrima" w:hAnsi="Ebrima"/>
          <w:lang w:val="es-ES"/>
        </w:rPr>
      </w:pPr>
      <w:r w:rsidRPr="00DA5228">
        <w:rPr>
          <w:rFonts w:ascii="Ebrima" w:hAnsi="Ebrima"/>
          <w:lang w:val="es-ES"/>
        </w:rPr>
        <w:t>Estimado/a [Nombre del progenitor obligado]:</w:t>
      </w:r>
      <w:r w:rsidRPr="00DA5228">
        <w:rPr>
          <w:rFonts w:ascii="Ebrima" w:hAnsi="Ebrima"/>
          <w:lang w:val="es-ES"/>
        </w:rPr>
        <w:br/>
      </w:r>
      <w:r w:rsidRPr="00DA5228">
        <w:rPr>
          <w:rFonts w:ascii="Ebrima" w:hAnsi="Ebrima"/>
          <w:lang w:val="es-ES"/>
        </w:rPr>
        <w:br/>
        <w:t>Me dirijo a ti en tu condición de progenitor obligado al pago de la pensión de alimentos en favor de nuestros/as hijos/as, establecida mediante la resolución judicial de fecha [Fecha de la sentencia o convenio administrativo], dictada en el procedimiento [Número de procedimiento, ej. Divorcio mutuo acuerdo 123/2022].</w:t>
      </w:r>
    </w:p>
    <w:p w14:paraId="57B5E195" w14:textId="77777777" w:rsidR="00F95ED6" w:rsidRPr="00DA5228" w:rsidRDefault="00000000" w:rsidP="00815396">
      <w:pPr>
        <w:spacing w:after="240"/>
        <w:jc w:val="both"/>
        <w:rPr>
          <w:rFonts w:ascii="Ebrima" w:hAnsi="Ebrima"/>
          <w:lang w:val="es-ES"/>
        </w:rPr>
      </w:pPr>
      <w:r w:rsidRPr="00DA5228">
        <w:rPr>
          <w:rFonts w:ascii="Ebrima" w:hAnsi="Ebrima"/>
          <w:lang w:val="es-ES"/>
        </w:rPr>
        <w:t xml:space="preserve">Como bien sabes, la citada resolución judicial establece la obligación legal de actualizar anualmente dicha cuantía de forma automática de acuerdo con las variaciones del Índice de Precios de Consumo (IPC), tal y como preceptúa el </w:t>
      </w:r>
      <w:r w:rsidRPr="00DA5228">
        <w:rPr>
          <w:rFonts w:ascii="Ebrima" w:hAnsi="Ebrima"/>
          <w:b/>
          <w:lang w:val="es-ES"/>
        </w:rPr>
        <w:t>artículo 237-9 del Código Civil de Cataluña</w:t>
      </w:r>
      <w:r w:rsidRPr="00DA5228">
        <w:rPr>
          <w:rFonts w:ascii="Ebrima" w:hAnsi="Ebrima"/>
          <w:lang w:val="es-ES"/>
        </w:rPr>
        <w:t>, con el fin de evitar la pérdida del poder adquisitivo y garantizar la debida proporcionalidad en el sustento de los menores.</w:t>
      </w:r>
    </w:p>
    <w:p w14:paraId="779BFC6C" w14:textId="77777777" w:rsidR="00F95ED6" w:rsidRPr="00DA5228" w:rsidRDefault="00000000" w:rsidP="00815396">
      <w:pPr>
        <w:spacing w:after="240"/>
        <w:jc w:val="both"/>
        <w:rPr>
          <w:rFonts w:ascii="Ebrima" w:hAnsi="Ebrima"/>
          <w:lang w:val="es-ES"/>
        </w:rPr>
      </w:pPr>
      <w:r w:rsidRPr="00DA5228">
        <w:rPr>
          <w:rFonts w:ascii="Ebrima" w:hAnsi="Ebrima"/>
          <w:lang w:val="es-ES"/>
        </w:rPr>
        <w:t xml:space="preserve">A fecha de hoy, la pensión de alimentos no ha sido debidamente actualizada con los índices correspondientes, acumulándose un desfase económico que afecta directamente al bienestar de nuestros/as hijos/as. De conformidad con el </w:t>
      </w:r>
      <w:r w:rsidRPr="00DA5228">
        <w:rPr>
          <w:rFonts w:ascii="Ebrima" w:hAnsi="Ebrima"/>
          <w:b/>
          <w:lang w:val="es-ES"/>
        </w:rPr>
        <w:t>artículo 121-21 del Código Civil de Cataluña</w:t>
      </w:r>
      <w:r w:rsidRPr="00DA5228">
        <w:rPr>
          <w:rFonts w:ascii="Ebrima" w:hAnsi="Ebrima"/>
          <w:lang w:val="es-ES"/>
        </w:rPr>
        <w:t xml:space="preserve">, las pensiones alimenticias no reclamadas prescriben a los tres años, motivo por el cual, mediante el presente escrito, procedo a </w:t>
      </w:r>
      <w:r w:rsidRPr="00DA5228">
        <w:rPr>
          <w:rFonts w:ascii="Ebrima" w:hAnsi="Ebrima"/>
          <w:b/>
          <w:lang w:val="es-ES"/>
        </w:rPr>
        <w:t>INTERRUMPIR FORMALMENTE EL PLAZO DE PRESCRIPCIÓN</w:t>
      </w:r>
      <w:r w:rsidRPr="00DA5228">
        <w:rPr>
          <w:rFonts w:ascii="Ebrima" w:hAnsi="Ebrima"/>
          <w:lang w:val="es-ES"/>
        </w:rPr>
        <w:t xml:space="preserve"> de todas las cantidades devengadas y no prescritas.</w:t>
      </w:r>
    </w:p>
    <w:p w14:paraId="362FBFA2" w14:textId="77777777" w:rsidR="00F95ED6" w:rsidRPr="00DA5228" w:rsidRDefault="00000000" w:rsidP="00815396">
      <w:pPr>
        <w:spacing w:after="240"/>
        <w:jc w:val="both"/>
        <w:rPr>
          <w:rFonts w:ascii="Ebrima" w:hAnsi="Ebrima"/>
          <w:lang w:val="es-ES"/>
        </w:rPr>
      </w:pPr>
      <w:r w:rsidRPr="00DA5228">
        <w:rPr>
          <w:rFonts w:ascii="Ebrima" w:hAnsi="Ebrima"/>
          <w:lang w:val="es-ES"/>
        </w:rPr>
        <w:t xml:space="preserve">Por todo ello, te </w:t>
      </w:r>
      <w:r w:rsidRPr="00DA5228">
        <w:rPr>
          <w:rFonts w:ascii="Ebrima" w:hAnsi="Ebrima"/>
          <w:b/>
          <w:lang w:val="es-ES"/>
        </w:rPr>
        <w:t>REQUIERO FORMALMENTE</w:t>
      </w:r>
      <w:r w:rsidRPr="00DA5228">
        <w:rPr>
          <w:rFonts w:ascii="Ebrima" w:hAnsi="Ebrima"/>
          <w:lang w:val="es-ES"/>
        </w:rPr>
        <w:t xml:space="preserve"> para que, en el plazo improrrogable de **diez (10) días** a contar desde la recepción de esta comunicación, procedas a:</w:t>
      </w:r>
    </w:p>
    <w:p w14:paraId="60D78231" w14:textId="77777777" w:rsidR="00F95ED6" w:rsidRPr="00DA5228" w:rsidRDefault="00000000" w:rsidP="00815396">
      <w:pPr>
        <w:pStyle w:val="Listaconvietas"/>
        <w:spacing w:after="80"/>
        <w:jc w:val="both"/>
        <w:rPr>
          <w:rFonts w:ascii="Ebrima" w:hAnsi="Ebrima"/>
          <w:lang w:val="es-ES"/>
        </w:rPr>
      </w:pPr>
      <w:r w:rsidRPr="00DA5228">
        <w:rPr>
          <w:rFonts w:ascii="Ebrima" w:hAnsi="Ebrima"/>
          <w:lang w:val="es-ES"/>
        </w:rPr>
        <w:t>Adaptar de forma inmediata el importe de la pensión mensual a la cuantía que legalmente corresponde hoy en día aplicando los IPC acumulados, que asciende a **[Importe mensual correcto] €**, debiendo ingresar esta cantidad en los meses sucesivos.</w:t>
      </w:r>
    </w:p>
    <w:p w14:paraId="46AA718F" w14:textId="77777777" w:rsidR="00F95ED6" w:rsidRPr="00DA5228" w:rsidRDefault="00000000" w:rsidP="00815396">
      <w:pPr>
        <w:pStyle w:val="Listaconvietas"/>
        <w:spacing w:after="240"/>
        <w:jc w:val="both"/>
        <w:rPr>
          <w:rFonts w:ascii="Ebrima" w:hAnsi="Ebrima"/>
          <w:lang w:val="es-ES"/>
        </w:rPr>
      </w:pPr>
      <w:r w:rsidRPr="00DA5228">
        <w:rPr>
          <w:rFonts w:ascii="Ebrima" w:hAnsi="Ebrima"/>
          <w:lang w:val="es-ES"/>
        </w:rPr>
        <w:t>Abonar la cantidad acumulada en concepto de atrasos de los últimos tres años correspondientes a las diferencias no pagadas, cuyo desglose detallado arroja un saldo total de **[Importe total adeudado] €**, mediante transferencia a la cuenta bancaria habitual.</w:t>
      </w:r>
    </w:p>
    <w:p w14:paraId="13D35A09" w14:textId="77777777" w:rsidR="00F95ED6" w:rsidRPr="00DA5228" w:rsidRDefault="00000000" w:rsidP="00815396">
      <w:pPr>
        <w:spacing w:after="240"/>
        <w:jc w:val="both"/>
        <w:rPr>
          <w:rFonts w:ascii="Ebrima" w:hAnsi="Ebrima"/>
          <w:lang w:val="es-ES"/>
        </w:rPr>
      </w:pPr>
      <w:r w:rsidRPr="00DA5228">
        <w:rPr>
          <w:rFonts w:ascii="Ebrima" w:hAnsi="Ebrima"/>
          <w:lang w:val="es-ES"/>
        </w:rPr>
        <w:lastRenderedPageBreak/>
        <w:t>Te informo de que, en caso de no atender al presente requerimiento en el plazo indicado o de mostrar una negativa al respecto, me veré en la dolorosa obligación de encomendar la defensa de los intereses de nuestros/as hijos/as a un despacho de abogados especialista para interponer la correspondiente **demanda de ejecución de sentencia por impago de actualizaciones ante los Juzgados**, corriendo por tu cuenta los gastos y costas judiciales que de ello se deriven.</w:t>
      </w:r>
    </w:p>
    <w:p w14:paraId="2E31D201" w14:textId="77777777" w:rsidR="00F95ED6" w:rsidRPr="00DA5228" w:rsidRDefault="00000000" w:rsidP="00815396">
      <w:pPr>
        <w:spacing w:after="480"/>
        <w:jc w:val="both"/>
        <w:rPr>
          <w:rFonts w:ascii="Ebrima" w:hAnsi="Ebrima"/>
          <w:lang w:val="es-ES"/>
        </w:rPr>
      </w:pPr>
      <w:r w:rsidRPr="00DA5228">
        <w:rPr>
          <w:rFonts w:ascii="Ebrima" w:hAnsi="Ebrima"/>
          <w:lang w:val="es-ES"/>
        </w:rPr>
        <w:t>Sin otro particular, esperando que colabores para resolver esta situación por la vía amistosa en beneficio de los menores, recibe un cordial saludo.</w:t>
      </w:r>
    </w:p>
    <w:p w14:paraId="485235D2" w14:textId="77777777" w:rsidR="00F95ED6" w:rsidRPr="00DA5228" w:rsidRDefault="00000000" w:rsidP="00815396">
      <w:pPr>
        <w:spacing w:after="80"/>
        <w:jc w:val="both"/>
        <w:rPr>
          <w:rFonts w:ascii="Ebrima" w:hAnsi="Ebrima"/>
          <w:lang w:val="es-ES"/>
        </w:rPr>
      </w:pPr>
      <w:r w:rsidRPr="00DA5228">
        <w:rPr>
          <w:rFonts w:ascii="Ebrima" w:hAnsi="Ebrima"/>
          <w:b/>
          <w:lang w:val="es-ES"/>
        </w:rPr>
        <w:t>Fdo.: [Tu Nombre y Apellidos]</w:t>
      </w:r>
    </w:p>
    <w:p w14:paraId="14E7A1BE" w14:textId="77777777" w:rsidR="00F95ED6" w:rsidRPr="00DA5228" w:rsidRDefault="00000000" w:rsidP="00815396">
      <w:pPr>
        <w:spacing w:after="480"/>
        <w:jc w:val="both"/>
        <w:rPr>
          <w:rFonts w:ascii="Ebrima" w:hAnsi="Ebrima"/>
          <w:lang w:val="es-ES"/>
        </w:rPr>
      </w:pPr>
      <w:r w:rsidRPr="00DA5228">
        <w:rPr>
          <w:rFonts w:ascii="Ebrima" w:hAnsi="Ebrima"/>
          <w:lang w:val="es-ES"/>
        </w:rPr>
        <w:t>DNI: [Tu DNI]</w:t>
      </w:r>
    </w:p>
    <w:sectPr w:rsidR="00F95ED6" w:rsidRPr="00DA5228"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02609574"/>
    <w:lvl w:ilvl="0">
      <w:start w:val="1"/>
      <w:numFmt w:val="bullet"/>
      <w:pStyle w:val="Listaconvietas"/>
      <w:lvlText w:val=""/>
      <w:lvlJc w:val="left"/>
      <w:pPr>
        <w:tabs>
          <w:tab w:val="num" w:pos="360"/>
        </w:tabs>
        <w:ind w:left="360" w:hanging="360"/>
      </w:pPr>
      <w:rPr>
        <w:rFonts w:ascii="Symbol" w:hAnsi="Symbol" w:hint="default"/>
      </w:rPr>
    </w:lvl>
  </w:abstractNum>
  <w:num w:numId="1" w16cid:durableId="1742672220">
    <w:abstractNumId w:val="8"/>
  </w:num>
  <w:num w:numId="2" w16cid:durableId="1165704791">
    <w:abstractNumId w:val="6"/>
  </w:num>
  <w:num w:numId="3" w16cid:durableId="76026624">
    <w:abstractNumId w:val="5"/>
  </w:num>
  <w:num w:numId="4" w16cid:durableId="987905901">
    <w:abstractNumId w:val="4"/>
  </w:num>
  <w:num w:numId="5" w16cid:durableId="1495023240">
    <w:abstractNumId w:val="7"/>
  </w:num>
  <w:num w:numId="6" w16cid:durableId="732510286">
    <w:abstractNumId w:val="3"/>
  </w:num>
  <w:num w:numId="7" w16cid:durableId="401560968">
    <w:abstractNumId w:val="2"/>
  </w:num>
  <w:num w:numId="8" w16cid:durableId="1540434857">
    <w:abstractNumId w:val="1"/>
  </w:num>
  <w:num w:numId="9" w16cid:durableId="1061363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15396"/>
    <w:rsid w:val="00AA1D8D"/>
    <w:rsid w:val="00B47730"/>
    <w:rsid w:val="00C17293"/>
    <w:rsid w:val="00CB0664"/>
    <w:rsid w:val="00DA5228"/>
    <w:rsid w:val="00F95E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DC0FDF"/>
  <w14:defaultImageDpi w14:val="300"/>
  <w15:docId w15:val="{999FFCF7-2496-401E-9F69-8FA4D91EE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433</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Albert Balart Guillen</cp:lastModifiedBy>
  <cp:revision>3</cp:revision>
  <dcterms:created xsi:type="dcterms:W3CDTF">2026-09-25T10:06:00Z</dcterms:created>
  <dcterms:modified xsi:type="dcterms:W3CDTF">2026-09-25T10:13:00Z</dcterms:modified>
  <cp:category/>
</cp:coreProperties>
</file>